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ובניין, חלקי המשפט ומשפט מורכב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בניינים וגזרות בפעלים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חלקי המשפט הבסיסיים (נושא, נשוא, מושא, לוואי, תיאור)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משפט פשוט, מאוחה ומורכב ולהכיר מילות קישור וקשרים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בניינים וגזרות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חלקי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תפקידו של הנשוא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שאלות אופייניות לתיאור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מילות קישור וקשרים לוגיים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(מילה המספרת מה עשה הנושא או מה קרה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 או מה שעליו מדובר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שסובל מהפעולה או מקבל אותה)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קובעים את סוג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מצאו את כל הנשואים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בדקו כמה משפטים עצמאיים יש בתוך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אם יש משפט עצמאי אחד בלבד - זהו משפט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יש שני משפטים עצמאיים מחוברים במילת חיבור - זהו משפט מאוחה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פשוט עם נשוא אחד; משפט מורכב עם פסוקית ונשוא 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לבניין פעיל וסביל כמו כתב/נכתב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שני חלקי משפט מתוך הרשימה שנלמדה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מילת קישור כמו 'כי' או 'מכיוון ש'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בחזרה קצרה על טבלת הבניינים לפני חלק 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חמישי כדאי לעבור על הדוגמה כיתתית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לוותר על הפריטים המסומנים כקשים בכיתות מתקשות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ובניין, חלקי המשפט ומשפט מורכב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נחזור על נושאי יסוד בלשון לקראת הבגרות: בניינים וגזרות, חלקי המשפט, וסוגי המשפטים השונים (פשוט, מאוחה ומורכב), יחד עם מילות קישור המבטאות קשרים לוגיים.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כי  ·  אבל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בניינים וגזרות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בניין מבטא תמיד פעולה סבילה?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במשפט 'התלמיד כתב מכתב' הפועל 'כתב' הוא בבניין: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הפעיל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חלקי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הנשוא הוא המילה שמספרת מה עשה הנושא או מה קרה 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יכול לענות על השאלות מתי, איפה או איך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מילות קישור וקשרים לוגיים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הוא לא הגיע לבית הספר __________ היה חולה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למדתי כל הלילה, __________ לא עברתי את המבחן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נשוא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 או מה שעליו מדובר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שסובל מהפעולה או מקבל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המספרת מה עשה הנושא או מה קרה לו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איך קובעים את סוג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יש משפט עצמאי אחד בלבד - זהו משפט פשוט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יש שני משפטים עצמאיים מחוברים במילת חיבור - זהו משפט מאוחה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בדקו כמה משפטים עצמאיים יש בתוך המשפט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מצאו את כל הנשואים במשפט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פשוט אחד ומשפט מורכב אחד בנושא בית הספר, וסמנו בכל משפט את הנשוא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בניין פעיל לבניין סביל?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חלקי משפט ומה תפקידם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ובניין, חלקי המשפט ומשפט מורכב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