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ובניין, חלקי המשפט ומשפט מורכב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בניינים וגזרות בפעלים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המשפט הבסיסיים (נושא, נשוא, מושא, לוואי, תיאור)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משפט פשוט, מאוחה ומורכב ולהכיר מילות קישור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בניינים וגזרות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כ.ת.ב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חלקי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הנושא יכול להיות גם כינוי גוף או צירוף שמני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הנשוא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מושא ישיר בלי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אלו שאלות אופייניות לתיאור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מכיוון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המספרת מה עשה הנושא או מה קרה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או מה שעליו מדובר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שסובל מהפעולה או מקבל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המתארת שם עצם ומצטרפת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(חלק משפט עם נושא ונשוא משלו בתוך משפט מורכב)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קובעים את סוג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כל הנשואים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כמה משפטים עצמאיים יש בתוך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יש משפט עצמאי אחד בלבד - זהו משפט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שני משפטים עצמאיים מחוברים במילת חיבור - זהו משפט מאוחה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יש פסוקית התלויה במשפט העיקרי - זהו משפט מורכב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נשוא אחד; משפט מורכב עם פסוקית ונשוא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במאוחה שני משפטים עצמאיים שווי מעמד מחוברים במילת חיבור; במורכב יש משפט עיקרי ופסוקית תלויה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לבניין פעיל וסביל כמו כתב/נכתב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שני חלקי משפט מתוך 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קישור כמו 'כי' או 'מכיוון ש'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בחזרה קצרה על טבלת הבניינים לפני חלק 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חמישי כדאי לעבור על הדוגמה כיתתית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הפריטים המסומנים כקשים בכיתות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ובניין, חלקי המשפט ומשפט מורכב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נושאים חשובים בעברית: בניינים, חלקי המשפט, וסוגים של משפטים. נלמד גם מילים שמקשרות בין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קבועה שבה נוטים פעלים, כמו קל, פיעל, 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פעלים עם אותה תופעה בשורש, כמו פ"נ או ל"ה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שמספרת מה עשה הנושא או מה קרה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או מה שעליו מדובר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שסובל מהפעולה או מקבל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משפט עם נושא ונשוא משלו בתוך משפט מורכב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 או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בניינים וגזרות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בניין הוא תמיד סביל?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נמצא הפועל 'כתב'?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נעלמת בגזרת פ"נ?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הבניין של 'הושיב'?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'לכתוב'?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כ.ת.ה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חלקי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במשפט הוא תמיד שם עצם בודד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הנשוא הוא המילה שמספרת מה עשה הנושא או מה קרה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מושא חייב תמיד לבוא עם מילת יחס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יכול לענות על השאלות מתי, איפה או איך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קישור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לא הגיע לבית הספר __________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למדתי כל הלילה, __________ לא עברתי את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ירד גשם כבד, הטיול בוטל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שהיה עייף, הוא המשיך לעבוד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שסובל מהפעולה או מקבל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המספרת מה עשה הנושא או מה קרה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משפט עם נושא ונשוא משלו בתוך משפט מורכב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לוואי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או מה שעליו מדובר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פסוקית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המתארת שם עצם ומצטרפת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קובעים את סוג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פסוקית התלויה במשפט העיקרי - זהו משפט מורכב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משפט עצמאי אחד בלבד - זהו משפט פשוט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שני משפטים עצמאיים מחוברים במילת חיבור - זהו משפט מאוחה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כל הנשואים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משפטים עצמאיים יש בתוך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פשוט אחד ומשפט מורכב אחד בנושא בית הספר, וסמנו בכל משפט את הנשוא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משפט מאוחה למשפט מורכב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בניין פעיל לבניין סביל?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חלקי משפט ומה תפקידם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מילת קישור שמביעה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ובניין, חלקי המשפט ומשפט מורכב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